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E8752E"/>
          <w:sz w:val="18"/>
        </w:rPr>
        <w:t>APEX MANUFACTURING</w:t>
      </w:r>
    </w:p>
    <w:p>
      <w:pPr>
        <w:pStyle w:val="Title"/>
        <w:spacing w:after="60"/>
      </w:pPr>
      <w:r>
        <w:t>Organizational Chart</w:t>
      </w:r>
    </w:p>
    <w:p>
      <w:pPr>
        <w:spacing w:after="200"/>
      </w:pPr>
      <w:r>
        <w:rPr>
          <w:color w:val="667788"/>
          <w:sz w:val="22"/>
        </w:rPr>
        <w:t>Leadership and reporting structure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17324D"/>
            <w:tcMar>
              <w:top w:w="150" w:type="dxa"/>
              <w:start w:w="120" w:type="dxa"/>
              <w:bottom w:w="15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JORDAN BLAKE</w:t>
              <w:br/>
            </w:r>
            <w:r>
              <w:rPr>
                <w:color w:val="FFFFFF"/>
                <w:sz w:val="20"/>
              </w:rPr>
              <w:t>President &amp; CEO</w:t>
            </w:r>
          </w:p>
        </w:tc>
      </w:tr>
    </w:tbl>
    <w:p>
      <w:pPr>
        <w:jc w:val="center"/>
      </w:pPr>
      <w:r>
        <w:t>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8752E"/>
            <w:tcMar>
              <w:top w:w="150" w:type="dxa"/>
              <w:start w:w="120" w:type="dxa"/>
              <w:bottom w:w="15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MARIA SANTOS</w:t>
              <w:br/>
            </w:r>
            <w:r>
              <w:rPr>
                <w:color w:val="FFFFFF"/>
                <w:sz w:val="20"/>
              </w:rPr>
              <w:t>Operations Manager</w:t>
            </w:r>
          </w:p>
        </w:tc>
      </w:tr>
    </w:tbl>
    <w:p>
      <w:pPr>
        <w:jc w:val="center"/>
      </w:pPr>
      <w:r>
        <w:t>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168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RACHEL KIM</w:t>
            </w:r>
          </w:p>
        </w:tc>
        <w:tc>
          <w:tcPr>
            <w:tcW w:type="dxa" w:w="3168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ETHAN COLE</w:t>
            </w:r>
          </w:p>
        </w:tc>
        <w:tc>
          <w:tcPr>
            <w:tcW w:type="dxa" w:w="3168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LENA BROOKS</w:t>
            </w:r>
          </w:p>
        </w:tc>
      </w:tr>
      <w:tr>
        <w:tc>
          <w:tcPr>
            <w:tcW w:type="dxa" w:w="31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Sales &amp; Account Manager</w:t>
            </w:r>
          </w:p>
        </w:tc>
        <w:tc>
          <w:tcPr>
            <w:tcW w:type="dxa" w:w="31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Production Supervisor</w:t>
            </w:r>
          </w:p>
        </w:tc>
        <w:tc>
          <w:tcPr>
            <w:tcW w:type="dxa" w:w="31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Quality Technician</w:t>
            </w:r>
          </w:p>
        </w:tc>
      </w:tr>
    </w:tbl>
    <w:p>
      <w:pPr>
        <w:spacing w:after="40"/>
      </w:pPr>
    </w:p>
    <w:p>
      <w:pPr>
        <w:jc w:val="center"/>
      </w:pPr>
      <w:r>
        <w:t>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4608"/>
            <w:shd w:fill="E8752E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PRIYA PATEL</w:t>
            </w:r>
          </w:p>
        </w:tc>
        <w:tc>
          <w:tcPr>
            <w:tcW w:type="dxa" w:w="4608"/>
            <w:shd w:fill="E8752E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NOAH REED</w:t>
            </w:r>
          </w:p>
        </w:tc>
      </w:tr>
      <w:tr>
        <w:tc>
          <w:tcPr>
            <w:tcW w:type="dxa" w:w="460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CNC Machinist</w:t>
            </w:r>
          </w:p>
        </w:tc>
        <w:tc>
          <w:tcPr>
            <w:tcW w:type="dxa" w:w="460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Fabrication Technician</w:t>
            </w:r>
          </w:p>
        </w:tc>
      </w:tr>
    </w:tbl>
    <w:p>
      <w:pPr>
        <w:spacing w:after="40"/>
      </w:pPr>
    </w:p>
    <w:p>
      <w:pPr>
        <w:pStyle w:val="Heading1"/>
      </w:pPr>
      <w:r>
        <w:t>Reporting Structure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2880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Employee</w:t>
            </w:r>
          </w:p>
        </w:tc>
        <w:tc>
          <w:tcPr>
            <w:tcW w:type="dxa" w:w="4032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2880"/>
            <w:shd w:fill="17324D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Reports to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Jordan Blake</w:t>
            </w:r>
          </w:p>
        </w:tc>
        <w:tc>
          <w:tcPr>
            <w:tcW w:type="dxa" w:w="403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President &amp; CEO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N/A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Maria Santos</w:t>
            </w:r>
          </w:p>
        </w:tc>
        <w:tc>
          <w:tcPr>
            <w:tcW w:type="dxa" w:w="403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Operations Manager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Jordan Blake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Rachel Kim</w:t>
            </w:r>
          </w:p>
        </w:tc>
        <w:tc>
          <w:tcPr>
            <w:tcW w:type="dxa" w:w="403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Sales &amp; Account Manager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Jordan Blake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Ethan Cole</w:t>
            </w:r>
          </w:p>
        </w:tc>
        <w:tc>
          <w:tcPr>
            <w:tcW w:type="dxa" w:w="403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Production Supervisor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Maria Santos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Priya Patel</w:t>
            </w:r>
          </w:p>
        </w:tc>
        <w:tc>
          <w:tcPr>
            <w:tcW w:type="dxa" w:w="403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CNC Machinist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Ethan Cole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Noah Reed</w:t>
            </w:r>
          </w:p>
        </w:tc>
        <w:tc>
          <w:tcPr>
            <w:tcW w:type="dxa" w:w="403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Fabrication Technician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Ethan Cole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sz w:val="18"/>
              </w:rPr>
              <w:t>Lena Brooks</w:t>
            </w:r>
          </w:p>
        </w:tc>
        <w:tc>
          <w:tcPr>
            <w:tcW w:type="dxa" w:w="403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Quality Technician</w:t>
            </w:r>
          </w:p>
        </w:tc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sz w:val="18"/>
              </w:rPr>
              <w:t>Maria Santos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788"/>
        <w:sz w:val="16"/>
      </w:rPr>
      <w:t>Apex Manufacturing | Organizational Chart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E8752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7324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222222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2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