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B83E1" w14:textId="77777777" w:rsidR="009820B8" w:rsidRDefault="00000000">
      <w:pPr>
        <w:spacing w:after="40"/>
      </w:pPr>
      <w:r>
        <w:rPr>
          <w:b/>
          <w:color w:val="E8752E"/>
          <w:sz w:val="18"/>
        </w:rPr>
        <w:t>APEX MANUFACTURING</w:t>
      </w:r>
    </w:p>
    <w:p w14:paraId="285F2223" w14:textId="77777777" w:rsidR="009820B8" w:rsidRDefault="00000000">
      <w:pPr>
        <w:pStyle w:val="Title"/>
        <w:spacing w:after="60"/>
      </w:pPr>
      <w:r>
        <w:t>Past Staffing Schedule</w:t>
      </w:r>
    </w:p>
    <w:p w14:paraId="64AD528F" w14:textId="77777777" w:rsidR="009820B8" w:rsidRDefault="00000000">
      <w:r>
        <w:rPr>
          <w:color w:val="667788"/>
          <w:sz w:val="22"/>
        </w:rPr>
        <w:t>July 13-Aug. 9, 2026 | Production staffing example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1008"/>
        <w:gridCol w:w="2016"/>
        <w:gridCol w:w="2160"/>
        <w:gridCol w:w="2160"/>
        <w:gridCol w:w="2160"/>
        <w:gridCol w:w="2160"/>
      </w:tblGrid>
      <w:tr w:rsidR="009820B8" w14:paraId="6878BDF2" w14:textId="77777777">
        <w:trPr>
          <w:jc w:val="center"/>
        </w:trPr>
        <w:tc>
          <w:tcPr>
            <w:tcW w:w="144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451A7A" w14:textId="77777777" w:rsidR="009820B8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Date</w:t>
            </w:r>
          </w:p>
        </w:tc>
        <w:tc>
          <w:tcPr>
            <w:tcW w:w="1008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15B50E" w14:textId="77777777" w:rsidR="009820B8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Day</w:t>
            </w:r>
          </w:p>
        </w:tc>
        <w:tc>
          <w:tcPr>
            <w:tcW w:w="2016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CFA1CA" w14:textId="77777777" w:rsidR="009820B8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Maria</w:t>
            </w:r>
          </w:p>
        </w:tc>
        <w:tc>
          <w:tcPr>
            <w:tcW w:w="216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7EBC10" w14:textId="77777777" w:rsidR="009820B8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Ethan</w:t>
            </w:r>
          </w:p>
        </w:tc>
        <w:tc>
          <w:tcPr>
            <w:tcW w:w="216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01B16B" w14:textId="77777777" w:rsidR="009820B8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Priya</w:t>
            </w:r>
          </w:p>
        </w:tc>
        <w:tc>
          <w:tcPr>
            <w:tcW w:w="216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0163C" w14:textId="77777777" w:rsidR="009820B8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Noah</w:t>
            </w:r>
          </w:p>
        </w:tc>
        <w:tc>
          <w:tcPr>
            <w:tcW w:w="2160" w:type="dxa"/>
            <w:shd w:val="clear" w:color="auto" w:fill="17324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61D6C2" w14:textId="77777777" w:rsidR="009820B8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Lena</w:t>
            </w:r>
          </w:p>
        </w:tc>
      </w:tr>
      <w:tr w:rsidR="009820B8" w14:paraId="378EECB1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1BD549" w14:textId="77777777" w:rsidR="009820B8" w:rsidRDefault="00000000">
            <w:r>
              <w:rPr>
                <w:sz w:val="16"/>
              </w:rPr>
              <w:t>Jul. 13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D252B1" w14:textId="77777777" w:rsidR="009820B8" w:rsidRDefault="00000000">
            <w:pPr>
              <w:jc w:val="center"/>
            </w:pPr>
            <w:r>
              <w:rPr>
                <w:sz w:val="16"/>
              </w:rPr>
              <w:t>Mon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BB5633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E6ACC8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7F4EB9" w14:textId="42457DBF" w:rsidR="009820B8" w:rsidRDefault="00257F5A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FBCF6C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512F43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3E1D933C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1B037E" w14:textId="77777777" w:rsidR="009820B8" w:rsidRDefault="00000000">
            <w:r>
              <w:rPr>
                <w:sz w:val="16"/>
              </w:rPr>
              <w:t>Jul. 14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61AD4D" w14:textId="77777777" w:rsidR="009820B8" w:rsidRDefault="00000000">
            <w:pPr>
              <w:jc w:val="center"/>
            </w:pPr>
            <w:r>
              <w:rPr>
                <w:sz w:val="16"/>
              </w:rPr>
              <w:t>Tue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42231D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49E117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4D09D4" w14:textId="4C92E92F" w:rsidR="009820B8" w:rsidRDefault="00257F5A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7F03BD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BF333E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4607A5C0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A64A1A" w14:textId="77777777" w:rsidR="009820B8" w:rsidRDefault="00000000">
            <w:r>
              <w:rPr>
                <w:sz w:val="16"/>
              </w:rPr>
              <w:t>Jul. 15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759119" w14:textId="77777777" w:rsidR="009820B8" w:rsidRDefault="00000000">
            <w:pPr>
              <w:jc w:val="center"/>
            </w:pPr>
            <w:r>
              <w:rPr>
                <w:sz w:val="16"/>
              </w:rPr>
              <w:t>Wed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4C5B21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50BBF5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477DF9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B87661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20E33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68DCA4A3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6E8DD1" w14:textId="77777777" w:rsidR="009820B8" w:rsidRDefault="00000000">
            <w:r>
              <w:rPr>
                <w:sz w:val="16"/>
              </w:rPr>
              <w:t>Jul. 16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436750" w14:textId="77777777" w:rsidR="009820B8" w:rsidRDefault="00000000">
            <w:pPr>
              <w:jc w:val="center"/>
            </w:pPr>
            <w:r>
              <w:rPr>
                <w:sz w:val="16"/>
              </w:rPr>
              <w:t>Thu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DF407A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B96F0C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E5FA53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C10943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8D1147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2C7B3777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A4E4DE" w14:textId="77777777" w:rsidR="009820B8" w:rsidRDefault="00000000">
            <w:r>
              <w:rPr>
                <w:sz w:val="16"/>
              </w:rPr>
              <w:t>Jul. 17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ED08D2" w14:textId="77777777" w:rsidR="009820B8" w:rsidRDefault="00000000">
            <w:pPr>
              <w:jc w:val="center"/>
            </w:pPr>
            <w:r>
              <w:rPr>
                <w:sz w:val="16"/>
              </w:rPr>
              <w:t>Fri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78109D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225D4E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62665B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FD95E9" w14:textId="1DC85C21" w:rsidR="009820B8" w:rsidRDefault="00257F5A">
            <w:pPr>
              <w:jc w:val="center"/>
            </w:pPr>
            <w:r>
              <w:rPr>
                <w:sz w:val="16"/>
              </w:rPr>
              <w:t>PTO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6CF837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2824459D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B8FC6" w14:textId="77777777" w:rsidR="009820B8" w:rsidRDefault="00000000">
            <w:r>
              <w:rPr>
                <w:sz w:val="16"/>
              </w:rPr>
              <w:t>Jul. 18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97539A" w14:textId="77777777" w:rsidR="009820B8" w:rsidRDefault="00000000">
            <w:pPr>
              <w:jc w:val="center"/>
            </w:pPr>
            <w:r>
              <w:rPr>
                <w:sz w:val="16"/>
              </w:rPr>
              <w:t>Sat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6F2F63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79A6EE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05DA9E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A0B74A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A46E31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  <w:tr w:rsidR="009820B8" w14:paraId="1CBB3883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8F5C99" w14:textId="77777777" w:rsidR="009820B8" w:rsidRDefault="00000000">
            <w:r>
              <w:rPr>
                <w:sz w:val="16"/>
              </w:rPr>
              <w:t>Jul. 19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E014C7" w14:textId="77777777" w:rsidR="009820B8" w:rsidRDefault="00000000">
            <w:pPr>
              <w:jc w:val="center"/>
            </w:pPr>
            <w:r>
              <w:rPr>
                <w:sz w:val="16"/>
              </w:rPr>
              <w:t>Sun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89DCCD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E87B63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D279C7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96A806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B8DB21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  <w:tr w:rsidR="009820B8" w14:paraId="3E02A459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73C3EB" w14:textId="77777777" w:rsidR="009820B8" w:rsidRDefault="00000000">
            <w:r>
              <w:rPr>
                <w:sz w:val="16"/>
              </w:rPr>
              <w:t>Jul. 20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2FEF67" w14:textId="77777777" w:rsidR="009820B8" w:rsidRDefault="00000000">
            <w:pPr>
              <w:jc w:val="center"/>
            </w:pPr>
            <w:r>
              <w:rPr>
                <w:sz w:val="16"/>
              </w:rPr>
              <w:t>Mon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0024E0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9372C7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A70820" w14:textId="123385E3" w:rsidR="009820B8" w:rsidRDefault="00257F5A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EF6036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4AAE05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54AE45EF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67BC75" w14:textId="77777777" w:rsidR="009820B8" w:rsidRDefault="00000000">
            <w:r>
              <w:rPr>
                <w:sz w:val="16"/>
              </w:rPr>
              <w:t>Jul. 21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B58AFA" w14:textId="77777777" w:rsidR="009820B8" w:rsidRDefault="00000000">
            <w:pPr>
              <w:jc w:val="center"/>
            </w:pPr>
            <w:r>
              <w:rPr>
                <w:sz w:val="16"/>
              </w:rPr>
              <w:t>Tue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A174AE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062B92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C2839D" w14:textId="276CDB20" w:rsidR="009820B8" w:rsidRDefault="00257F5A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3FF660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DBA0A3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4C298175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BDCEEC" w14:textId="77777777" w:rsidR="009820B8" w:rsidRDefault="00000000">
            <w:r>
              <w:rPr>
                <w:sz w:val="16"/>
              </w:rPr>
              <w:t>Jul. 22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B7F931" w14:textId="77777777" w:rsidR="009820B8" w:rsidRDefault="00000000">
            <w:pPr>
              <w:jc w:val="center"/>
            </w:pPr>
            <w:r>
              <w:rPr>
                <w:sz w:val="16"/>
              </w:rPr>
              <w:t>Wed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DFB541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393A08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742051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08B457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FB639E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34763A18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585645" w14:textId="77777777" w:rsidR="009820B8" w:rsidRDefault="00000000">
            <w:r>
              <w:rPr>
                <w:sz w:val="16"/>
              </w:rPr>
              <w:t>Jul. 23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27D12" w14:textId="77777777" w:rsidR="009820B8" w:rsidRDefault="00000000">
            <w:pPr>
              <w:jc w:val="center"/>
            </w:pPr>
            <w:r>
              <w:rPr>
                <w:sz w:val="16"/>
              </w:rPr>
              <w:t>Thu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B4D383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23165E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DDC74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9F32D8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6E671A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257F5A" w14:paraId="3EFB5BAD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9F88E8" w14:textId="77777777" w:rsidR="00257F5A" w:rsidRDefault="00257F5A" w:rsidP="00257F5A">
            <w:r>
              <w:rPr>
                <w:sz w:val="16"/>
              </w:rPr>
              <w:t>Jul. 24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53EC1F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Fri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9631D0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01B627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B5DBD9" w14:textId="1B50B3A1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BFD9F7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9B32B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3634A411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F8DAA2" w14:textId="77777777" w:rsidR="009820B8" w:rsidRDefault="00000000">
            <w:r>
              <w:rPr>
                <w:sz w:val="16"/>
              </w:rPr>
              <w:t>Jul. 25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E84A13" w14:textId="77777777" w:rsidR="009820B8" w:rsidRDefault="00000000">
            <w:pPr>
              <w:jc w:val="center"/>
            </w:pPr>
            <w:r>
              <w:rPr>
                <w:sz w:val="16"/>
              </w:rPr>
              <w:t>Sat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6E90D7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B7956B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EC19E5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AA0896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182448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  <w:tr w:rsidR="009820B8" w14:paraId="15D38C50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86E5B6" w14:textId="77777777" w:rsidR="009820B8" w:rsidRDefault="00000000">
            <w:r>
              <w:rPr>
                <w:sz w:val="16"/>
              </w:rPr>
              <w:t>Jul. 26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27402B" w14:textId="77777777" w:rsidR="009820B8" w:rsidRDefault="00000000">
            <w:pPr>
              <w:jc w:val="center"/>
            </w:pPr>
            <w:r>
              <w:rPr>
                <w:sz w:val="16"/>
              </w:rPr>
              <w:t>Sun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D5B5A5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A656E2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5FCAB5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F05AD9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D9E92E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  <w:tr w:rsidR="009820B8" w14:paraId="04ED2312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BAA39D" w14:textId="77777777" w:rsidR="009820B8" w:rsidRDefault="00000000">
            <w:r>
              <w:rPr>
                <w:sz w:val="16"/>
              </w:rPr>
              <w:t>Jul. 27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3B3F8" w14:textId="77777777" w:rsidR="009820B8" w:rsidRDefault="00000000">
            <w:pPr>
              <w:jc w:val="center"/>
            </w:pPr>
            <w:r>
              <w:rPr>
                <w:sz w:val="16"/>
              </w:rPr>
              <w:t>Mon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BC2DB4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32087E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7C82CD" w14:textId="6523D58C" w:rsidR="009820B8" w:rsidRDefault="00257F5A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B29F58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97DC59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779D317E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6709C3" w14:textId="77777777" w:rsidR="009820B8" w:rsidRDefault="00000000">
            <w:r>
              <w:rPr>
                <w:sz w:val="16"/>
              </w:rPr>
              <w:t>Jul. 28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EE355D" w14:textId="77777777" w:rsidR="009820B8" w:rsidRDefault="00000000">
            <w:pPr>
              <w:jc w:val="center"/>
            </w:pPr>
            <w:r>
              <w:rPr>
                <w:sz w:val="16"/>
              </w:rPr>
              <w:t>Tue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81FB1E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8B6892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76521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2F96C1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B735F2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3E56D66D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80B1E5" w14:textId="77777777" w:rsidR="009820B8" w:rsidRDefault="00000000">
            <w:r>
              <w:rPr>
                <w:sz w:val="16"/>
              </w:rPr>
              <w:t>Jul. 29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359999" w14:textId="77777777" w:rsidR="009820B8" w:rsidRDefault="00000000">
            <w:pPr>
              <w:jc w:val="center"/>
            </w:pPr>
            <w:r>
              <w:rPr>
                <w:sz w:val="16"/>
              </w:rPr>
              <w:t>Wed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5262A3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9F022D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232EAC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C24A68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AD7463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43316D9E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6CF2FC" w14:textId="77777777" w:rsidR="009820B8" w:rsidRDefault="00000000">
            <w:r>
              <w:rPr>
                <w:sz w:val="16"/>
              </w:rPr>
              <w:t>Jul. 30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B269CB" w14:textId="77777777" w:rsidR="009820B8" w:rsidRDefault="00000000">
            <w:pPr>
              <w:jc w:val="center"/>
            </w:pPr>
            <w:r>
              <w:rPr>
                <w:sz w:val="16"/>
              </w:rPr>
              <w:t>Thu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9145B9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2C8DCC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488F73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B3D511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01C00D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059FC7DB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71765" w14:textId="77777777" w:rsidR="009820B8" w:rsidRDefault="00000000">
            <w:r>
              <w:rPr>
                <w:sz w:val="16"/>
              </w:rPr>
              <w:t>Jul. 31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596517" w14:textId="77777777" w:rsidR="009820B8" w:rsidRDefault="00000000">
            <w:pPr>
              <w:jc w:val="center"/>
            </w:pPr>
            <w:r>
              <w:rPr>
                <w:sz w:val="16"/>
              </w:rPr>
              <w:t>Fri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8816AC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DA8CF1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5DC5D4" w14:textId="031EC82B" w:rsidR="009820B8" w:rsidRDefault="00257F5A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7B2C69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637C2D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5B64CE60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C2D98C" w14:textId="77777777" w:rsidR="009820B8" w:rsidRDefault="00000000">
            <w:r>
              <w:rPr>
                <w:sz w:val="16"/>
              </w:rPr>
              <w:t>Aug. 1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20CA85" w14:textId="77777777" w:rsidR="009820B8" w:rsidRDefault="00000000">
            <w:pPr>
              <w:jc w:val="center"/>
            </w:pPr>
            <w:r>
              <w:rPr>
                <w:sz w:val="16"/>
              </w:rPr>
              <w:t>Sat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06110E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C91D87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7E9CE9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65A74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D8FCBD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  <w:tr w:rsidR="009820B8" w14:paraId="1D9A56A2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4E327C" w14:textId="77777777" w:rsidR="009820B8" w:rsidRDefault="00000000">
            <w:r>
              <w:rPr>
                <w:sz w:val="16"/>
              </w:rPr>
              <w:t>Aug. 2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F39151" w14:textId="77777777" w:rsidR="009820B8" w:rsidRDefault="00000000">
            <w:pPr>
              <w:jc w:val="center"/>
            </w:pPr>
            <w:r>
              <w:rPr>
                <w:sz w:val="16"/>
              </w:rPr>
              <w:t>Sun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1ABB34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8C6726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5DEB8D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227CC0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18CDC2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  <w:tr w:rsidR="00257F5A" w14:paraId="32A9E3FE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FA3F72" w14:textId="77777777" w:rsidR="00257F5A" w:rsidRDefault="00257F5A" w:rsidP="00257F5A">
            <w:r>
              <w:rPr>
                <w:sz w:val="16"/>
              </w:rPr>
              <w:lastRenderedPageBreak/>
              <w:t>Aug. 3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60D3E7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Mon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AE1670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9FB881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760355" w14:textId="01F56719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6A9EE1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5E1720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257F5A" w14:paraId="00602FE0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9C580C" w14:textId="77777777" w:rsidR="00257F5A" w:rsidRDefault="00257F5A" w:rsidP="00257F5A">
            <w:r>
              <w:rPr>
                <w:sz w:val="16"/>
              </w:rPr>
              <w:t>Aug. 4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EA96DC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Tue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AA28E0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EEE0A1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2C76BA" w14:textId="17BA7CEA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D38953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480121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257F5A" w14:paraId="2D137C5B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195289" w14:textId="77777777" w:rsidR="00257F5A" w:rsidRDefault="00257F5A" w:rsidP="00257F5A">
            <w:r>
              <w:rPr>
                <w:sz w:val="16"/>
              </w:rPr>
              <w:t>Aug. 5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80010D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Wed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B5292C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F961AF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257B93" w14:textId="2DCE3E77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0279C4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0612FE" w14:textId="77777777" w:rsidR="00257F5A" w:rsidRDefault="00257F5A" w:rsidP="00257F5A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0A3F006D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967FFB" w14:textId="77777777" w:rsidR="009820B8" w:rsidRDefault="00000000">
            <w:r>
              <w:rPr>
                <w:sz w:val="16"/>
              </w:rPr>
              <w:t>Aug. 6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B8A09E" w14:textId="77777777" w:rsidR="009820B8" w:rsidRDefault="00000000">
            <w:pPr>
              <w:jc w:val="center"/>
            </w:pPr>
            <w:r>
              <w:rPr>
                <w:sz w:val="16"/>
              </w:rPr>
              <w:t>Thu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F69E78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2A4FF6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4A7F90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C8012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9F455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3138FFDD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001B22" w14:textId="77777777" w:rsidR="009820B8" w:rsidRDefault="00000000">
            <w:r>
              <w:rPr>
                <w:sz w:val="16"/>
              </w:rPr>
              <w:t>Aug. 7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1DBBE8" w14:textId="77777777" w:rsidR="009820B8" w:rsidRDefault="00000000">
            <w:pPr>
              <w:jc w:val="center"/>
            </w:pPr>
            <w:r>
              <w:rPr>
                <w:sz w:val="16"/>
              </w:rPr>
              <w:t>Fri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BE9F96" w14:textId="77777777" w:rsidR="009820B8" w:rsidRDefault="00000000">
            <w:pPr>
              <w:jc w:val="center"/>
            </w:pPr>
            <w:r>
              <w:rPr>
                <w:sz w:val="16"/>
              </w:rPr>
              <w:t>8 a.m.-5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FD4004" w14:textId="77777777" w:rsidR="009820B8" w:rsidRDefault="00000000">
            <w:pPr>
              <w:jc w:val="center"/>
            </w:pPr>
            <w:r>
              <w:rPr>
                <w:sz w:val="16"/>
              </w:rPr>
              <w:t>6 a.m.-2:30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8DC37B" w14:textId="04886D18" w:rsidR="009820B8" w:rsidRDefault="00257F5A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90F9FB" w14:textId="77777777" w:rsidR="009820B8" w:rsidRDefault="00000000">
            <w:pPr>
              <w:jc w:val="center"/>
            </w:pPr>
            <w:r>
              <w:rPr>
                <w:sz w:val="16"/>
              </w:rPr>
              <w:t>2-10:30 p.m.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D30A24" w14:textId="77777777" w:rsidR="009820B8" w:rsidRDefault="00000000">
            <w:pPr>
              <w:jc w:val="center"/>
            </w:pPr>
            <w:r>
              <w:rPr>
                <w:sz w:val="16"/>
              </w:rPr>
              <w:t>7 a.m.-3:30 p.m.</w:t>
            </w:r>
          </w:p>
        </w:tc>
      </w:tr>
      <w:tr w:rsidR="009820B8" w14:paraId="5AD3CAD4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BC93A1" w14:textId="77777777" w:rsidR="009820B8" w:rsidRDefault="00000000">
            <w:r>
              <w:rPr>
                <w:sz w:val="16"/>
              </w:rPr>
              <w:t>Aug. 8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78793B" w14:textId="77777777" w:rsidR="009820B8" w:rsidRDefault="00000000">
            <w:pPr>
              <w:jc w:val="center"/>
            </w:pPr>
            <w:r>
              <w:rPr>
                <w:sz w:val="16"/>
              </w:rPr>
              <w:t>Sat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CF9C14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A3AEB0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7186DA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4F4F35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9E8152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  <w:tr w:rsidR="009820B8" w14:paraId="3A22015B" w14:textId="77777777">
        <w:trPr>
          <w:jc w:val="center"/>
        </w:trPr>
        <w:tc>
          <w:tcPr>
            <w:tcW w:w="14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190F05" w14:textId="77777777" w:rsidR="009820B8" w:rsidRDefault="00000000">
            <w:r>
              <w:rPr>
                <w:sz w:val="16"/>
              </w:rPr>
              <w:t>Aug. 9</w:t>
            </w:r>
          </w:p>
        </w:tc>
        <w:tc>
          <w:tcPr>
            <w:tcW w:w="100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61EAC9" w14:textId="77777777" w:rsidR="009820B8" w:rsidRDefault="00000000">
            <w:pPr>
              <w:jc w:val="center"/>
            </w:pPr>
            <w:r>
              <w:rPr>
                <w:sz w:val="16"/>
              </w:rPr>
              <w:t>Sun</w:t>
            </w:r>
          </w:p>
        </w:tc>
        <w:tc>
          <w:tcPr>
            <w:tcW w:w="20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791529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2D8E59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BADEF8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08CD01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  <w:tc>
          <w:tcPr>
            <w:tcW w:w="21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AD4AF8" w14:textId="77777777" w:rsidR="009820B8" w:rsidRDefault="00000000">
            <w:pPr>
              <w:jc w:val="center"/>
            </w:pPr>
            <w:r>
              <w:rPr>
                <w:sz w:val="16"/>
              </w:rPr>
              <w:t>Off</w:t>
            </w:r>
          </w:p>
        </w:tc>
      </w:tr>
    </w:tbl>
    <w:p w14:paraId="459AE42A" w14:textId="77777777" w:rsidR="009820B8" w:rsidRDefault="009820B8">
      <w:pPr>
        <w:spacing w:after="40"/>
      </w:pPr>
    </w:p>
    <w:sectPr w:rsidR="009820B8" w:rsidSect="00034616">
      <w:footerReference w:type="default" r:id="rId8"/>
      <w:pgSz w:w="15840" w:h="12240" w:orient="landscape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03AD" w14:textId="77777777" w:rsidR="00EA5EF9" w:rsidRDefault="00EA5EF9">
      <w:pPr>
        <w:spacing w:after="0" w:line="240" w:lineRule="auto"/>
      </w:pPr>
      <w:r>
        <w:separator/>
      </w:r>
    </w:p>
  </w:endnote>
  <w:endnote w:type="continuationSeparator" w:id="0">
    <w:p w14:paraId="7A420AC5" w14:textId="77777777" w:rsidR="00EA5EF9" w:rsidRDefault="00EA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9E04" w14:textId="77777777" w:rsidR="009820B8" w:rsidRDefault="00000000">
    <w:pPr>
      <w:pStyle w:val="Footer"/>
      <w:jc w:val="center"/>
    </w:pPr>
    <w:r>
      <w:rPr>
        <w:color w:val="667788"/>
        <w:sz w:val="16"/>
      </w:rPr>
      <w:t>Apex Manufacturing | Past Staffing Schedule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A9399" w14:textId="77777777" w:rsidR="00EA5EF9" w:rsidRDefault="00EA5EF9">
      <w:pPr>
        <w:spacing w:after="0" w:line="240" w:lineRule="auto"/>
      </w:pPr>
      <w:r>
        <w:separator/>
      </w:r>
    </w:p>
  </w:footnote>
  <w:footnote w:type="continuationSeparator" w:id="0">
    <w:p w14:paraId="0A448B58" w14:textId="77777777" w:rsidR="00EA5EF9" w:rsidRDefault="00EA5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2757258">
    <w:abstractNumId w:val="8"/>
  </w:num>
  <w:num w:numId="2" w16cid:durableId="1574124907">
    <w:abstractNumId w:val="6"/>
  </w:num>
  <w:num w:numId="3" w16cid:durableId="240528622">
    <w:abstractNumId w:val="5"/>
  </w:num>
  <w:num w:numId="4" w16cid:durableId="1256741604">
    <w:abstractNumId w:val="4"/>
  </w:num>
  <w:num w:numId="5" w16cid:durableId="2024671590">
    <w:abstractNumId w:val="7"/>
  </w:num>
  <w:num w:numId="6" w16cid:durableId="514658802">
    <w:abstractNumId w:val="3"/>
  </w:num>
  <w:num w:numId="7" w16cid:durableId="1726249813">
    <w:abstractNumId w:val="2"/>
  </w:num>
  <w:num w:numId="8" w16cid:durableId="526597487">
    <w:abstractNumId w:val="1"/>
  </w:num>
  <w:num w:numId="9" w16cid:durableId="657418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7F5A"/>
    <w:rsid w:val="0029639D"/>
    <w:rsid w:val="00326F90"/>
    <w:rsid w:val="00777428"/>
    <w:rsid w:val="009820B8"/>
    <w:rsid w:val="00AA1D8D"/>
    <w:rsid w:val="00B47730"/>
    <w:rsid w:val="00CB0664"/>
    <w:rsid w:val="00EA5E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58F273"/>
  <w14:defaultImageDpi w14:val="300"/>
  <w15:docId w15:val="{C3B6117F-664F-46DB-8ED3-7D863415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E875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Amelia Smith</cp:lastModifiedBy>
  <cp:revision>2</cp:revision>
  <dcterms:created xsi:type="dcterms:W3CDTF">2013-12-23T23:15:00Z</dcterms:created>
  <dcterms:modified xsi:type="dcterms:W3CDTF">2026-08-13T18:23:00Z</dcterms:modified>
  <cp:category/>
</cp:coreProperties>
</file>