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7A642" w14:textId="77777777" w:rsidR="0094008F" w:rsidRDefault="00000000">
      <w:pPr>
        <w:spacing w:after="40"/>
      </w:pPr>
      <w:r>
        <w:rPr>
          <w:b/>
          <w:color w:val="E8752E"/>
          <w:sz w:val="18"/>
        </w:rPr>
        <w:t>APEX MANUFACTURING</w:t>
      </w:r>
    </w:p>
    <w:p w14:paraId="3B021123" w14:textId="77777777" w:rsidR="0094008F" w:rsidRDefault="00000000">
      <w:pPr>
        <w:pStyle w:val="Title"/>
        <w:spacing w:after="60"/>
      </w:pPr>
      <w:r>
        <w:t>Employee Roster</w:t>
      </w:r>
    </w:p>
    <w:p w14:paraId="5958396A" w14:textId="77777777" w:rsidR="0094008F" w:rsidRDefault="00000000">
      <w:pPr>
        <w:spacing w:after="40"/>
      </w:pPr>
      <w:r>
        <w:rPr>
          <w:color w:val="667788"/>
          <w:sz w:val="22"/>
        </w:rPr>
        <w:t>Current team, reporting structure, and contact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81"/>
        <w:gridCol w:w="2306"/>
        <w:gridCol w:w="1401"/>
        <w:gridCol w:w="1682"/>
        <w:gridCol w:w="1536"/>
        <w:gridCol w:w="3265"/>
        <w:gridCol w:w="1743"/>
      </w:tblGrid>
      <w:tr w:rsidR="0094008F" w14:paraId="121F37B0" w14:textId="77777777" w:rsidTr="006E693C">
        <w:trPr>
          <w:cantSplit/>
          <w:jc w:val="center"/>
        </w:trPr>
        <w:tc>
          <w:tcPr>
            <w:tcW w:w="1917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9F7F36" w14:textId="77777777" w:rsidR="0094008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Name</w:t>
            </w:r>
          </w:p>
        </w:tc>
        <w:tc>
          <w:tcPr>
            <w:tcW w:w="2346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DFFD15" w14:textId="77777777" w:rsidR="0094008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Role</w:t>
            </w:r>
          </w:p>
        </w:tc>
        <w:tc>
          <w:tcPr>
            <w:tcW w:w="1423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FCC686" w14:textId="77777777" w:rsidR="0094008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Status</w:t>
            </w:r>
          </w:p>
        </w:tc>
        <w:tc>
          <w:tcPr>
            <w:tcW w:w="1708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58EFDA" w14:textId="77777777" w:rsidR="0094008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Manager</w:t>
            </w:r>
          </w:p>
        </w:tc>
        <w:tc>
          <w:tcPr>
            <w:tcW w:w="1563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F64AB2" w14:textId="77777777" w:rsidR="0094008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Hire date</w:t>
            </w:r>
          </w:p>
        </w:tc>
        <w:tc>
          <w:tcPr>
            <w:tcW w:w="3292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9C79F7" w14:textId="77777777" w:rsidR="0094008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Work email</w:t>
            </w:r>
          </w:p>
        </w:tc>
        <w:tc>
          <w:tcPr>
            <w:tcW w:w="1775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FFB067" w14:textId="77777777" w:rsidR="0094008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Phone</w:t>
            </w:r>
          </w:p>
        </w:tc>
      </w:tr>
      <w:tr w:rsidR="0094008F" w14:paraId="12509D2E" w14:textId="77777777" w:rsidTr="006E693C">
        <w:trPr>
          <w:cantSplit/>
          <w:jc w:val="center"/>
        </w:trPr>
        <w:tc>
          <w:tcPr>
            <w:tcW w:w="19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A80D5D" w14:textId="77777777" w:rsidR="0094008F" w:rsidRDefault="00000000" w:rsidP="00C53215">
            <w:pPr>
              <w:jc w:val="center"/>
            </w:pPr>
            <w:r>
              <w:rPr>
                <w:sz w:val="15"/>
              </w:rPr>
              <w:t>Jordan Blake</w:t>
            </w:r>
          </w:p>
        </w:tc>
        <w:tc>
          <w:tcPr>
            <w:tcW w:w="234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158BFE" w14:textId="77777777" w:rsidR="0094008F" w:rsidRDefault="00000000">
            <w:pPr>
              <w:jc w:val="center"/>
            </w:pPr>
            <w:r>
              <w:rPr>
                <w:sz w:val="15"/>
              </w:rPr>
              <w:t>President &amp; CEO</w:t>
            </w:r>
          </w:p>
        </w:tc>
        <w:tc>
          <w:tcPr>
            <w:tcW w:w="142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A855A2" w14:textId="77777777" w:rsidR="0094008F" w:rsidRDefault="00000000">
            <w:pPr>
              <w:jc w:val="center"/>
            </w:pPr>
            <w:r>
              <w:rPr>
                <w:sz w:val="15"/>
              </w:rPr>
              <w:t>Full time</w:t>
            </w:r>
          </w:p>
        </w:tc>
        <w:tc>
          <w:tcPr>
            <w:tcW w:w="17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E9F0D4" w14:textId="77777777" w:rsidR="0094008F" w:rsidRDefault="00000000">
            <w:pPr>
              <w:jc w:val="center"/>
            </w:pPr>
            <w:r>
              <w:rPr>
                <w:sz w:val="15"/>
              </w:rPr>
              <w:t>N/A</w:t>
            </w:r>
          </w:p>
        </w:tc>
        <w:tc>
          <w:tcPr>
            <w:tcW w:w="156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C8F212" w14:textId="77777777" w:rsidR="0094008F" w:rsidRDefault="00000000">
            <w:pPr>
              <w:jc w:val="center"/>
            </w:pPr>
            <w:r>
              <w:rPr>
                <w:sz w:val="15"/>
              </w:rPr>
              <w:t>March 1, 2024</w:t>
            </w:r>
          </w:p>
        </w:tc>
        <w:tc>
          <w:tcPr>
            <w:tcW w:w="32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FB7C73" w14:textId="0522DE70" w:rsidR="0094008F" w:rsidRDefault="00000000" w:rsidP="00C53215">
            <w:pPr>
              <w:jc w:val="center"/>
            </w:pPr>
            <w:r>
              <w:rPr>
                <w:sz w:val="15"/>
              </w:rPr>
              <w:t>jordan@apexmanufacturing.</w:t>
            </w:r>
            <w:r w:rsidR="006E693C">
              <w:rPr>
                <w:sz w:val="15"/>
              </w:rPr>
              <w:t>com</w:t>
            </w:r>
          </w:p>
        </w:tc>
        <w:tc>
          <w:tcPr>
            <w:tcW w:w="17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E20E70" w14:textId="21D857C5" w:rsidR="0094008F" w:rsidRDefault="006E693C">
            <w:pPr>
              <w:jc w:val="center"/>
            </w:pPr>
            <w:r>
              <w:t>123-456-0000</w:t>
            </w:r>
          </w:p>
        </w:tc>
      </w:tr>
      <w:tr w:rsidR="0094008F" w14:paraId="5894B586" w14:textId="77777777" w:rsidTr="006E693C">
        <w:trPr>
          <w:cantSplit/>
          <w:jc w:val="center"/>
        </w:trPr>
        <w:tc>
          <w:tcPr>
            <w:tcW w:w="19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AAB3EB" w14:textId="77777777" w:rsidR="0094008F" w:rsidRDefault="00000000" w:rsidP="00C53215">
            <w:pPr>
              <w:jc w:val="center"/>
            </w:pPr>
            <w:r>
              <w:rPr>
                <w:sz w:val="15"/>
              </w:rPr>
              <w:t>Maria Santos</w:t>
            </w:r>
          </w:p>
        </w:tc>
        <w:tc>
          <w:tcPr>
            <w:tcW w:w="234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C51FC7" w14:textId="77777777" w:rsidR="0094008F" w:rsidRDefault="00000000">
            <w:pPr>
              <w:jc w:val="center"/>
            </w:pPr>
            <w:r>
              <w:rPr>
                <w:sz w:val="15"/>
              </w:rPr>
              <w:t>Operations Manager</w:t>
            </w:r>
          </w:p>
        </w:tc>
        <w:tc>
          <w:tcPr>
            <w:tcW w:w="142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60F439" w14:textId="77777777" w:rsidR="0094008F" w:rsidRDefault="00000000">
            <w:pPr>
              <w:jc w:val="center"/>
            </w:pPr>
            <w:r>
              <w:rPr>
                <w:sz w:val="15"/>
              </w:rPr>
              <w:t>Full time</w:t>
            </w:r>
          </w:p>
        </w:tc>
        <w:tc>
          <w:tcPr>
            <w:tcW w:w="17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86343B" w14:textId="77777777" w:rsidR="0094008F" w:rsidRDefault="00000000">
            <w:pPr>
              <w:jc w:val="center"/>
            </w:pPr>
            <w:r>
              <w:rPr>
                <w:sz w:val="15"/>
              </w:rPr>
              <w:t>Jordan Blake</w:t>
            </w:r>
          </w:p>
        </w:tc>
        <w:tc>
          <w:tcPr>
            <w:tcW w:w="156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8E894A" w14:textId="77777777" w:rsidR="0094008F" w:rsidRDefault="00000000">
            <w:pPr>
              <w:jc w:val="center"/>
            </w:pPr>
            <w:r>
              <w:rPr>
                <w:sz w:val="15"/>
              </w:rPr>
              <w:t>March 18, 2024</w:t>
            </w:r>
          </w:p>
        </w:tc>
        <w:tc>
          <w:tcPr>
            <w:tcW w:w="32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3584CC" w14:textId="3AA5F764" w:rsidR="0094008F" w:rsidRDefault="00000000" w:rsidP="00C53215">
            <w:pPr>
              <w:jc w:val="center"/>
            </w:pPr>
            <w:r>
              <w:rPr>
                <w:sz w:val="15"/>
              </w:rPr>
              <w:t>maria@apexmanufacturing.</w:t>
            </w:r>
            <w:r w:rsidR="006E693C">
              <w:rPr>
                <w:sz w:val="15"/>
              </w:rPr>
              <w:t>com</w:t>
            </w:r>
          </w:p>
        </w:tc>
        <w:tc>
          <w:tcPr>
            <w:tcW w:w="17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344053" w14:textId="17888FA7" w:rsidR="0094008F" w:rsidRDefault="006E693C">
            <w:pPr>
              <w:jc w:val="center"/>
            </w:pPr>
            <w:r>
              <w:t>123-456-1111</w:t>
            </w:r>
          </w:p>
        </w:tc>
      </w:tr>
      <w:tr w:rsidR="006E693C" w14:paraId="25756BF1" w14:textId="77777777" w:rsidTr="006E693C">
        <w:trPr>
          <w:cantSplit/>
          <w:jc w:val="center"/>
        </w:trPr>
        <w:tc>
          <w:tcPr>
            <w:tcW w:w="19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04C758" w14:textId="77777777" w:rsidR="006E693C" w:rsidRDefault="006E693C" w:rsidP="00C53215">
            <w:pPr>
              <w:jc w:val="center"/>
            </w:pPr>
            <w:r>
              <w:rPr>
                <w:sz w:val="15"/>
              </w:rPr>
              <w:t>Rachel Kim</w:t>
            </w:r>
          </w:p>
        </w:tc>
        <w:tc>
          <w:tcPr>
            <w:tcW w:w="234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6069DD" w14:textId="77777777" w:rsidR="006E693C" w:rsidRDefault="006E693C" w:rsidP="006E693C">
            <w:pPr>
              <w:jc w:val="center"/>
            </w:pPr>
            <w:r>
              <w:rPr>
                <w:sz w:val="15"/>
              </w:rPr>
              <w:t>Sales &amp; Account Manager</w:t>
            </w:r>
          </w:p>
        </w:tc>
        <w:tc>
          <w:tcPr>
            <w:tcW w:w="142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CA1689" w14:textId="77777777" w:rsidR="006E693C" w:rsidRDefault="006E693C" w:rsidP="006E693C">
            <w:pPr>
              <w:jc w:val="center"/>
            </w:pPr>
            <w:r>
              <w:rPr>
                <w:sz w:val="15"/>
              </w:rPr>
              <w:t>Full time</w:t>
            </w:r>
          </w:p>
        </w:tc>
        <w:tc>
          <w:tcPr>
            <w:tcW w:w="17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CF31AD" w14:textId="77777777" w:rsidR="006E693C" w:rsidRDefault="006E693C" w:rsidP="006E693C">
            <w:pPr>
              <w:jc w:val="center"/>
            </w:pPr>
            <w:r>
              <w:rPr>
                <w:sz w:val="15"/>
              </w:rPr>
              <w:t>Jordan Blake</w:t>
            </w:r>
          </w:p>
        </w:tc>
        <w:tc>
          <w:tcPr>
            <w:tcW w:w="156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B1A4A0" w14:textId="091BBBB2" w:rsidR="006E693C" w:rsidRDefault="006E693C" w:rsidP="006E693C">
            <w:pPr>
              <w:jc w:val="center"/>
            </w:pPr>
            <w:r>
              <w:rPr>
                <w:sz w:val="15"/>
              </w:rPr>
              <w:t>April 8, 2025</w:t>
            </w:r>
          </w:p>
        </w:tc>
        <w:tc>
          <w:tcPr>
            <w:tcW w:w="32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053B61" w14:textId="72561386" w:rsidR="006E693C" w:rsidRDefault="006E693C" w:rsidP="00C53215">
            <w:pPr>
              <w:jc w:val="center"/>
            </w:pPr>
            <w:r>
              <w:rPr>
                <w:sz w:val="15"/>
              </w:rPr>
              <w:t>rachel@apexmanufacturing.com</w:t>
            </w:r>
          </w:p>
        </w:tc>
        <w:tc>
          <w:tcPr>
            <w:tcW w:w="17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C3ED5B" w14:textId="270451BE" w:rsidR="006E693C" w:rsidRDefault="006E693C" w:rsidP="006E693C">
            <w:pPr>
              <w:jc w:val="center"/>
            </w:pPr>
            <w:r>
              <w:t>123-456-</w:t>
            </w:r>
            <w:r>
              <w:t>2222</w:t>
            </w:r>
          </w:p>
        </w:tc>
      </w:tr>
      <w:tr w:rsidR="006E693C" w14:paraId="5F376B49" w14:textId="77777777" w:rsidTr="006E693C">
        <w:trPr>
          <w:cantSplit/>
          <w:jc w:val="center"/>
        </w:trPr>
        <w:tc>
          <w:tcPr>
            <w:tcW w:w="19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BAB2A7" w14:textId="77777777" w:rsidR="006E693C" w:rsidRDefault="006E693C" w:rsidP="00C53215">
            <w:pPr>
              <w:jc w:val="center"/>
            </w:pPr>
            <w:r>
              <w:rPr>
                <w:sz w:val="15"/>
              </w:rPr>
              <w:t>Ethan Cole</w:t>
            </w:r>
          </w:p>
        </w:tc>
        <w:tc>
          <w:tcPr>
            <w:tcW w:w="234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6469B1" w14:textId="77777777" w:rsidR="006E693C" w:rsidRDefault="006E693C" w:rsidP="006E693C">
            <w:pPr>
              <w:jc w:val="center"/>
            </w:pPr>
            <w:r>
              <w:rPr>
                <w:sz w:val="15"/>
              </w:rPr>
              <w:t>Production Supervisor</w:t>
            </w:r>
          </w:p>
        </w:tc>
        <w:tc>
          <w:tcPr>
            <w:tcW w:w="142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37678C" w14:textId="77777777" w:rsidR="006E693C" w:rsidRDefault="006E693C" w:rsidP="006E693C">
            <w:pPr>
              <w:jc w:val="center"/>
            </w:pPr>
            <w:r>
              <w:rPr>
                <w:sz w:val="15"/>
              </w:rPr>
              <w:t>Full time</w:t>
            </w:r>
          </w:p>
        </w:tc>
        <w:tc>
          <w:tcPr>
            <w:tcW w:w="17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8C1AD5" w14:textId="77777777" w:rsidR="006E693C" w:rsidRDefault="006E693C" w:rsidP="006E693C">
            <w:pPr>
              <w:jc w:val="center"/>
            </w:pPr>
            <w:r>
              <w:rPr>
                <w:sz w:val="15"/>
              </w:rPr>
              <w:t>Maria Santos</w:t>
            </w:r>
          </w:p>
        </w:tc>
        <w:tc>
          <w:tcPr>
            <w:tcW w:w="156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EE4754" w14:textId="7549CBB0" w:rsidR="006E693C" w:rsidRDefault="006E693C" w:rsidP="006E693C">
            <w:pPr>
              <w:jc w:val="center"/>
            </w:pPr>
            <w:r>
              <w:rPr>
                <w:sz w:val="15"/>
              </w:rPr>
              <w:t>May 6, 2025</w:t>
            </w:r>
          </w:p>
        </w:tc>
        <w:tc>
          <w:tcPr>
            <w:tcW w:w="32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333536" w14:textId="5BE6D45F" w:rsidR="006E693C" w:rsidRDefault="006E693C" w:rsidP="00C53215">
            <w:pPr>
              <w:jc w:val="center"/>
            </w:pPr>
            <w:r>
              <w:rPr>
                <w:sz w:val="15"/>
              </w:rPr>
              <w:t>ethan@apexmanufacturing.com</w:t>
            </w:r>
          </w:p>
        </w:tc>
        <w:tc>
          <w:tcPr>
            <w:tcW w:w="17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8D2E56" w14:textId="5A8AB980" w:rsidR="006E693C" w:rsidRDefault="006E693C" w:rsidP="006E693C">
            <w:pPr>
              <w:jc w:val="center"/>
            </w:pPr>
            <w:r>
              <w:t>123-456-</w:t>
            </w:r>
            <w:r>
              <w:t>3333</w:t>
            </w:r>
          </w:p>
        </w:tc>
      </w:tr>
      <w:tr w:rsidR="006E693C" w14:paraId="7D7D17C3" w14:textId="77777777" w:rsidTr="006E693C">
        <w:trPr>
          <w:cantSplit/>
          <w:jc w:val="center"/>
        </w:trPr>
        <w:tc>
          <w:tcPr>
            <w:tcW w:w="19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1BCBC0" w14:textId="77777777" w:rsidR="006E693C" w:rsidRDefault="006E693C" w:rsidP="00C53215">
            <w:pPr>
              <w:jc w:val="center"/>
            </w:pPr>
            <w:r>
              <w:rPr>
                <w:sz w:val="15"/>
              </w:rPr>
              <w:t>Priya Patel</w:t>
            </w:r>
          </w:p>
        </w:tc>
        <w:tc>
          <w:tcPr>
            <w:tcW w:w="234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6464BD" w14:textId="77777777" w:rsidR="006E693C" w:rsidRDefault="006E693C" w:rsidP="006E693C">
            <w:pPr>
              <w:jc w:val="center"/>
            </w:pPr>
            <w:r>
              <w:rPr>
                <w:sz w:val="15"/>
              </w:rPr>
              <w:t>CNC Machinist</w:t>
            </w:r>
          </w:p>
        </w:tc>
        <w:tc>
          <w:tcPr>
            <w:tcW w:w="142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794E00" w14:textId="2107069A" w:rsidR="006E693C" w:rsidRDefault="006E693C" w:rsidP="006E693C">
            <w:pPr>
              <w:jc w:val="center"/>
            </w:pPr>
            <w:r>
              <w:rPr>
                <w:sz w:val="15"/>
              </w:rPr>
              <w:t>Part time</w:t>
            </w:r>
          </w:p>
        </w:tc>
        <w:tc>
          <w:tcPr>
            <w:tcW w:w="17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B21756" w14:textId="77777777" w:rsidR="006E693C" w:rsidRDefault="006E693C" w:rsidP="006E693C">
            <w:pPr>
              <w:jc w:val="center"/>
            </w:pPr>
            <w:r>
              <w:rPr>
                <w:sz w:val="15"/>
              </w:rPr>
              <w:t>Ethan Cole</w:t>
            </w:r>
          </w:p>
        </w:tc>
        <w:tc>
          <w:tcPr>
            <w:tcW w:w="156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363290" w14:textId="55223469" w:rsidR="006E693C" w:rsidRDefault="006E693C" w:rsidP="006E693C">
            <w:pPr>
              <w:jc w:val="center"/>
            </w:pPr>
            <w:r>
              <w:rPr>
                <w:sz w:val="15"/>
              </w:rPr>
              <w:t>May 20, 2026</w:t>
            </w:r>
          </w:p>
        </w:tc>
        <w:tc>
          <w:tcPr>
            <w:tcW w:w="32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3EA39E" w14:textId="378E4506" w:rsidR="006E693C" w:rsidRDefault="006E693C" w:rsidP="00C53215">
            <w:pPr>
              <w:jc w:val="center"/>
            </w:pPr>
            <w:r>
              <w:rPr>
                <w:sz w:val="15"/>
              </w:rPr>
              <w:t>priya@apexmanufacturing.com</w:t>
            </w:r>
          </w:p>
        </w:tc>
        <w:tc>
          <w:tcPr>
            <w:tcW w:w="17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17AE0D" w14:textId="53DA4516" w:rsidR="006E693C" w:rsidRDefault="006E693C" w:rsidP="006E693C">
            <w:pPr>
              <w:jc w:val="center"/>
            </w:pPr>
            <w:r>
              <w:t>123-456-</w:t>
            </w:r>
            <w:r>
              <w:t>4444</w:t>
            </w:r>
          </w:p>
        </w:tc>
      </w:tr>
      <w:tr w:rsidR="006E693C" w14:paraId="14F5FA22" w14:textId="77777777" w:rsidTr="006E693C">
        <w:trPr>
          <w:cantSplit/>
          <w:jc w:val="center"/>
        </w:trPr>
        <w:tc>
          <w:tcPr>
            <w:tcW w:w="19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059B63" w14:textId="77777777" w:rsidR="006E693C" w:rsidRDefault="006E693C" w:rsidP="00C53215">
            <w:pPr>
              <w:jc w:val="center"/>
            </w:pPr>
            <w:r>
              <w:rPr>
                <w:sz w:val="15"/>
              </w:rPr>
              <w:t>Noah Reed</w:t>
            </w:r>
          </w:p>
        </w:tc>
        <w:tc>
          <w:tcPr>
            <w:tcW w:w="234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26EF12" w14:textId="77777777" w:rsidR="006E693C" w:rsidRDefault="006E693C" w:rsidP="006E693C">
            <w:pPr>
              <w:jc w:val="center"/>
            </w:pPr>
            <w:r>
              <w:rPr>
                <w:sz w:val="15"/>
              </w:rPr>
              <w:t>Fabrication Technician</w:t>
            </w:r>
          </w:p>
        </w:tc>
        <w:tc>
          <w:tcPr>
            <w:tcW w:w="142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AE51AA" w14:textId="77777777" w:rsidR="006E693C" w:rsidRDefault="006E693C" w:rsidP="006E693C">
            <w:pPr>
              <w:jc w:val="center"/>
            </w:pPr>
            <w:r>
              <w:rPr>
                <w:sz w:val="15"/>
              </w:rPr>
              <w:t>Full time</w:t>
            </w:r>
          </w:p>
        </w:tc>
        <w:tc>
          <w:tcPr>
            <w:tcW w:w="17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7FD594" w14:textId="77777777" w:rsidR="006E693C" w:rsidRDefault="006E693C" w:rsidP="006E693C">
            <w:pPr>
              <w:jc w:val="center"/>
            </w:pPr>
            <w:r>
              <w:rPr>
                <w:sz w:val="15"/>
              </w:rPr>
              <w:t>Ethan Cole</w:t>
            </w:r>
          </w:p>
        </w:tc>
        <w:tc>
          <w:tcPr>
            <w:tcW w:w="156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315B1E" w14:textId="19169185" w:rsidR="006E693C" w:rsidRDefault="006E693C" w:rsidP="006E693C">
            <w:pPr>
              <w:jc w:val="center"/>
            </w:pPr>
            <w:r>
              <w:rPr>
                <w:sz w:val="15"/>
              </w:rPr>
              <w:t>June 10, 2026</w:t>
            </w:r>
          </w:p>
        </w:tc>
        <w:tc>
          <w:tcPr>
            <w:tcW w:w="32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816B43" w14:textId="1B5CC810" w:rsidR="006E693C" w:rsidRDefault="006E693C" w:rsidP="00C53215">
            <w:pPr>
              <w:jc w:val="center"/>
            </w:pPr>
            <w:r>
              <w:rPr>
                <w:sz w:val="15"/>
              </w:rPr>
              <w:t>noah@apexmanufacturing.com</w:t>
            </w:r>
          </w:p>
        </w:tc>
        <w:tc>
          <w:tcPr>
            <w:tcW w:w="17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FCA941" w14:textId="55093D57" w:rsidR="006E693C" w:rsidRDefault="006E693C" w:rsidP="006E693C">
            <w:pPr>
              <w:jc w:val="center"/>
            </w:pPr>
            <w:r>
              <w:t>123-456-</w:t>
            </w:r>
            <w:r>
              <w:t>5555</w:t>
            </w:r>
          </w:p>
        </w:tc>
      </w:tr>
      <w:tr w:rsidR="006E693C" w14:paraId="06D495A6" w14:textId="77777777" w:rsidTr="006E693C">
        <w:trPr>
          <w:cantSplit/>
          <w:jc w:val="center"/>
        </w:trPr>
        <w:tc>
          <w:tcPr>
            <w:tcW w:w="19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89A3D2" w14:textId="77777777" w:rsidR="006E693C" w:rsidRDefault="006E693C" w:rsidP="00C53215">
            <w:pPr>
              <w:jc w:val="center"/>
            </w:pPr>
            <w:r>
              <w:rPr>
                <w:sz w:val="15"/>
              </w:rPr>
              <w:t>Lena Brooks</w:t>
            </w:r>
          </w:p>
        </w:tc>
        <w:tc>
          <w:tcPr>
            <w:tcW w:w="234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5E9558" w14:textId="77777777" w:rsidR="006E693C" w:rsidRDefault="006E693C" w:rsidP="006E693C">
            <w:pPr>
              <w:jc w:val="center"/>
            </w:pPr>
            <w:r>
              <w:rPr>
                <w:sz w:val="15"/>
              </w:rPr>
              <w:t>Quality Technician</w:t>
            </w:r>
          </w:p>
        </w:tc>
        <w:tc>
          <w:tcPr>
            <w:tcW w:w="142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941395" w14:textId="77777777" w:rsidR="006E693C" w:rsidRDefault="006E693C" w:rsidP="006E693C">
            <w:pPr>
              <w:jc w:val="center"/>
            </w:pPr>
            <w:r>
              <w:rPr>
                <w:sz w:val="15"/>
              </w:rPr>
              <w:t>Full time</w:t>
            </w:r>
          </w:p>
        </w:tc>
        <w:tc>
          <w:tcPr>
            <w:tcW w:w="17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C000F7" w14:textId="77777777" w:rsidR="006E693C" w:rsidRDefault="006E693C" w:rsidP="006E693C">
            <w:pPr>
              <w:jc w:val="center"/>
            </w:pPr>
            <w:r>
              <w:rPr>
                <w:sz w:val="15"/>
              </w:rPr>
              <w:t>Maria Santos</w:t>
            </w:r>
          </w:p>
        </w:tc>
        <w:tc>
          <w:tcPr>
            <w:tcW w:w="156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F1C24C" w14:textId="5B655440" w:rsidR="006E693C" w:rsidRDefault="006E693C" w:rsidP="006E693C">
            <w:pPr>
              <w:jc w:val="center"/>
            </w:pPr>
            <w:r>
              <w:rPr>
                <w:sz w:val="15"/>
              </w:rPr>
              <w:t>June 24, 2026</w:t>
            </w:r>
          </w:p>
        </w:tc>
        <w:tc>
          <w:tcPr>
            <w:tcW w:w="32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B7AAC9" w14:textId="606F09B1" w:rsidR="006E693C" w:rsidRDefault="006E693C" w:rsidP="00C53215">
            <w:pPr>
              <w:jc w:val="center"/>
            </w:pPr>
            <w:r>
              <w:rPr>
                <w:sz w:val="15"/>
              </w:rPr>
              <w:t>lena@apexmanufacturing.com</w:t>
            </w:r>
          </w:p>
        </w:tc>
        <w:tc>
          <w:tcPr>
            <w:tcW w:w="17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1FBE4E" w14:textId="6EB1B474" w:rsidR="006E693C" w:rsidRDefault="006E693C" w:rsidP="006E693C">
            <w:pPr>
              <w:jc w:val="center"/>
            </w:pPr>
            <w:r>
              <w:t>123-456-</w:t>
            </w:r>
            <w:r>
              <w:t>6666</w:t>
            </w:r>
          </w:p>
        </w:tc>
      </w:tr>
    </w:tbl>
    <w:p w14:paraId="247DB695" w14:textId="77777777" w:rsidR="0094008F" w:rsidRDefault="0094008F">
      <w:pPr>
        <w:spacing w:after="40"/>
      </w:pPr>
    </w:p>
    <w:p w14:paraId="05D22B3A" w14:textId="77777777" w:rsidR="0094008F" w:rsidRDefault="00000000">
      <w:pPr>
        <w:pStyle w:val="Heading1"/>
      </w:pPr>
      <w:r>
        <w:t>Workplace Contact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8640"/>
      </w:tblGrid>
      <w:tr w:rsidR="0094008F" w14:paraId="5AC58ED5" w14:textId="77777777">
        <w:trPr>
          <w:cantSplit/>
          <w:jc w:val="center"/>
        </w:trPr>
        <w:tc>
          <w:tcPr>
            <w:tcW w:w="2880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D11347" w14:textId="77777777" w:rsidR="0094008F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w="8640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DD885F" w14:textId="77777777" w:rsidR="0094008F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Information</w:t>
            </w:r>
          </w:p>
        </w:tc>
      </w:tr>
      <w:tr w:rsidR="0094008F" w14:paraId="06C859DC" w14:textId="77777777">
        <w:trPr>
          <w:cantSplit/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0577FD" w14:textId="77777777" w:rsidR="0094008F" w:rsidRDefault="00000000">
            <w:r>
              <w:rPr>
                <w:sz w:val="18"/>
              </w:rPr>
              <w:t>Primary workplace</w:t>
            </w:r>
          </w:p>
        </w:tc>
        <w:tc>
          <w:tcPr>
            <w:tcW w:w="86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D9135B" w14:textId="77777777" w:rsidR="0094008F" w:rsidRDefault="00000000" w:rsidP="006E693C">
            <w:pPr>
              <w:jc w:val="center"/>
            </w:pPr>
            <w:r>
              <w:rPr>
                <w:sz w:val="18"/>
              </w:rPr>
              <w:t>2500 Industrial Parkway, Dayton, OH 45402</w:t>
            </w:r>
          </w:p>
        </w:tc>
      </w:tr>
      <w:tr w:rsidR="0094008F" w14:paraId="6AC2E3EB" w14:textId="77777777">
        <w:trPr>
          <w:cantSplit/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2C118E" w14:textId="77777777" w:rsidR="0094008F" w:rsidRDefault="00000000">
            <w:r>
              <w:rPr>
                <w:sz w:val="18"/>
              </w:rPr>
              <w:t>Business phone</w:t>
            </w:r>
          </w:p>
        </w:tc>
        <w:tc>
          <w:tcPr>
            <w:tcW w:w="86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AA5D1C" w14:textId="77777777" w:rsidR="0094008F" w:rsidRDefault="00000000">
            <w:pPr>
              <w:jc w:val="center"/>
            </w:pPr>
            <w:r>
              <w:rPr>
                <w:sz w:val="18"/>
              </w:rPr>
              <w:t>937-555-0140</w:t>
            </w:r>
          </w:p>
        </w:tc>
      </w:tr>
      <w:tr w:rsidR="0094008F" w14:paraId="68311502" w14:textId="77777777">
        <w:trPr>
          <w:cantSplit/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AEAC06" w14:textId="77777777" w:rsidR="0094008F" w:rsidRDefault="00000000">
            <w:r>
              <w:rPr>
                <w:sz w:val="18"/>
              </w:rPr>
              <w:t>General email</w:t>
            </w:r>
          </w:p>
        </w:tc>
        <w:tc>
          <w:tcPr>
            <w:tcW w:w="86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0A5379" w14:textId="23A4ED0C" w:rsidR="0094008F" w:rsidRDefault="006E693C" w:rsidP="006E693C">
            <w:pPr>
              <w:jc w:val="center"/>
            </w:pPr>
            <w:r>
              <w:rPr>
                <w:sz w:val="18"/>
              </w:rPr>
              <w:t>info</w:t>
            </w:r>
            <w:r w:rsidR="00000000">
              <w:rPr>
                <w:sz w:val="18"/>
              </w:rPr>
              <w:t>@apexmanufacturing.</w:t>
            </w:r>
            <w:r>
              <w:rPr>
                <w:sz w:val="18"/>
              </w:rPr>
              <w:t>com</w:t>
            </w:r>
          </w:p>
        </w:tc>
      </w:tr>
      <w:tr w:rsidR="0094008F" w14:paraId="219CA447" w14:textId="77777777">
        <w:trPr>
          <w:cantSplit/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FFD594" w14:textId="77777777" w:rsidR="0094008F" w:rsidRDefault="00000000">
            <w:r>
              <w:rPr>
                <w:sz w:val="18"/>
              </w:rPr>
              <w:t>Website</w:t>
            </w:r>
          </w:p>
        </w:tc>
        <w:tc>
          <w:tcPr>
            <w:tcW w:w="86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B15F2B" w14:textId="64FBE181" w:rsidR="0094008F" w:rsidRDefault="00000000">
            <w:pPr>
              <w:jc w:val="center"/>
            </w:pPr>
            <w:r>
              <w:rPr>
                <w:sz w:val="18"/>
              </w:rPr>
              <w:t>apexmanufacturing.</w:t>
            </w:r>
            <w:r w:rsidR="006E693C">
              <w:rPr>
                <w:sz w:val="18"/>
              </w:rPr>
              <w:t>com</w:t>
            </w:r>
          </w:p>
        </w:tc>
      </w:tr>
      <w:tr w:rsidR="0094008F" w14:paraId="71F711BF" w14:textId="77777777">
        <w:trPr>
          <w:cantSplit/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56FF5A" w14:textId="77777777" w:rsidR="0094008F" w:rsidRDefault="00000000">
            <w:r>
              <w:rPr>
                <w:sz w:val="18"/>
              </w:rPr>
              <w:t>Administrative hours</w:t>
            </w:r>
          </w:p>
        </w:tc>
        <w:tc>
          <w:tcPr>
            <w:tcW w:w="86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8EE514" w14:textId="77777777" w:rsidR="0094008F" w:rsidRDefault="00000000" w:rsidP="006E693C">
            <w:pPr>
              <w:jc w:val="center"/>
            </w:pPr>
            <w:r>
              <w:rPr>
                <w:sz w:val="18"/>
              </w:rPr>
              <w:t>8 a.m. to 5 p.m., Monday through Friday</w:t>
            </w:r>
          </w:p>
        </w:tc>
      </w:tr>
      <w:tr w:rsidR="0094008F" w14:paraId="788E7ACE" w14:textId="77777777">
        <w:trPr>
          <w:cantSplit/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70B24A" w14:textId="77777777" w:rsidR="0094008F" w:rsidRDefault="00000000">
            <w:r>
              <w:rPr>
                <w:sz w:val="18"/>
              </w:rPr>
              <w:t>Production hours</w:t>
            </w:r>
          </w:p>
        </w:tc>
        <w:tc>
          <w:tcPr>
            <w:tcW w:w="86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749BEC" w14:textId="77777777" w:rsidR="0094008F" w:rsidRDefault="00000000" w:rsidP="006E693C">
            <w:pPr>
              <w:jc w:val="center"/>
            </w:pPr>
            <w:r>
              <w:rPr>
                <w:sz w:val="18"/>
              </w:rPr>
              <w:t>First and second shifts, Monday through Friday</w:t>
            </w:r>
          </w:p>
        </w:tc>
      </w:tr>
    </w:tbl>
    <w:p w14:paraId="5C94CC88" w14:textId="0926A43A" w:rsidR="0094008F" w:rsidRDefault="0094008F">
      <w:pPr>
        <w:spacing w:after="40"/>
      </w:pPr>
    </w:p>
    <w:sectPr w:rsidR="0094008F" w:rsidSect="00034616">
      <w:footerReference w:type="default" r:id="rId8"/>
      <w:pgSz w:w="15840" w:h="12240" w:orient="landscape"/>
      <w:pgMar w:top="648" w:right="1008" w:bottom="64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3A7CC" w14:textId="77777777" w:rsidR="008B7476" w:rsidRDefault="008B7476">
      <w:pPr>
        <w:spacing w:after="0" w:line="240" w:lineRule="auto"/>
      </w:pPr>
      <w:r>
        <w:separator/>
      </w:r>
    </w:p>
  </w:endnote>
  <w:endnote w:type="continuationSeparator" w:id="0">
    <w:p w14:paraId="7A7BACF5" w14:textId="77777777" w:rsidR="008B7476" w:rsidRDefault="008B7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EB696" w14:textId="77777777" w:rsidR="0094008F" w:rsidRDefault="00000000">
    <w:pPr>
      <w:pStyle w:val="Footer"/>
      <w:jc w:val="center"/>
    </w:pPr>
    <w:r>
      <w:rPr>
        <w:color w:val="667788"/>
        <w:sz w:val="16"/>
      </w:rPr>
      <w:t>Apex Manufacturing | Employee Roster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114EE" w14:textId="77777777" w:rsidR="008B7476" w:rsidRDefault="008B7476">
      <w:pPr>
        <w:spacing w:after="0" w:line="240" w:lineRule="auto"/>
      </w:pPr>
      <w:r>
        <w:separator/>
      </w:r>
    </w:p>
  </w:footnote>
  <w:footnote w:type="continuationSeparator" w:id="0">
    <w:p w14:paraId="751FC44E" w14:textId="77777777" w:rsidR="008B7476" w:rsidRDefault="008B74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7102565">
    <w:abstractNumId w:val="8"/>
  </w:num>
  <w:num w:numId="2" w16cid:durableId="141695778">
    <w:abstractNumId w:val="6"/>
  </w:num>
  <w:num w:numId="3" w16cid:durableId="2061048728">
    <w:abstractNumId w:val="5"/>
  </w:num>
  <w:num w:numId="4" w16cid:durableId="1077366609">
    <w:abstractNumId w:val="4"/>
  </w:num>
  <w:num w:numId="5" w16cid:durableId="284502123">
    <w:abstractNumId w:val="7"/>
  </w:num>
  <w:num w:numId="6" w16cid:durableId="1239973297">
    <w:abstractNumId w:val="3"/>
  </w:num>
  <w:num w:numId="7" w16cid:durableId="521287693">
    <w:abstractNumId w:val="2"/>
  </w:num>
  <w:num w:numId="8" w16cid:durableId="669717249">
    <w:abstractNumId w:val="1"/>
  </w:num>
  <w:num w:numId="9" w16cid:durableId="918175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E693C"/>
    <w:rsid w:val="00777428"/>
    <w:rsid w:val="008B7476"/>
    <w:rsid w:val="0094008F"/>
    <w:rsid w:val="00AA1D8D"/>
    <w:rsid w:val="00B47730"/>
    <w:rsid w:val="00C5321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4C8B0E"/>
  <w14:defaultImageDpi w14:val="300"/>
  <w15:docId w15:val="{C3B6117F-664F-46DB-8ED3-7D8634150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E8752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7324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22222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2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Amelia Smith</cp:lastModifiedBy>
  <cp:revision>3</cp:revision>
  <dcterms:created xsi:type="dcterms:W3CDTF">2026-08-13T18:12:00Z</dcterms:created>
  <dcterms:modified xsi:type="dcterms:W3CDTF">2026-08-13T18:13:00Z</dcterms:modified>
  <cp:category/>
</cp:coreProperties>
</file>